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1B0EA" w14:textId="77777777" w:rsidR="00A6453B" w:rsidRDefault="00F26EE3">
      <w:pPr>
        <w:keepNext/>
        <w:spacing w:after="80"/>
        <w:jc w:val="center"/>
        <w:rPr>
          <w:rFonts w:ascii="Chulabhorn Likit Text Light" w:hAnsi="Chulabhorn Likit Text Light" w:cs="Chulabhorn Likit Text Light"/>
          <w:b/>
          <w:sz w:val="26"/>
        </w:rPr>
      </w:pPr>
      <w:proofErr w:type="spellStart"/>
      <w:r w:rsidRPr="00865CAF">
        <w:rPr>
          <w:rFonts w:ascii="Chulabhorn Likit Text Light" w:hAnsi="Chulabhorn Likit Text Light" w:cs="Chulabhorn Likit Text Light"/>
          <w:b/>
          <w:sz w:val="26"/>
        </w:rPr>
        <w:t>หนังสือรับรองการปฏิบัติงานจากผู้บังคับบัญชาขั้นต้น</w:t>
      </w:r>
      <w:proofErr w:type="spellEnd"/>
    </w:p>
    <w:p w14:paraId="49B6CBC8" w14:textId="77777777" w:rsidR="00865CAF" w:rsidRPr="00865CAF" w:rsidRDefault="00865CAF">
      <w:pPr>
        <w:keepNext/>
        <w:spacing w:after="80"/>
        <w:jc w:val="center"/>
        <w:rPr>
          <w:rFonts w:ascii="Chulabhorn Likit Text Light" w:hAnsi="Chulabhorn Likit Text Light" w:cs="Chulabhorn Likit Text Light"/>
        </w:rPr>
      </w:pPr>
    </w:p>
    <w:p w14:paraId="7D5B54CF" w14:textId="77777777" w:rsidR="00865CAF" w:rsidRDefault="00865CAF">
      <w:pPr>
        <w:rPr>
          <w:rFonts w:ascii="Chulabhorn Likit Text Light" w:hAnsi="Chulabhorn Likit Text Light" w:cs="Chulabhorn Likit Text Light"/>
        </w:rPr>
      </w:pPr>
    </w:p>
    <w:p w14:paraId="435CDD05" w14:textId="0CFA6758" w:rsidR="00A6453B" w:rsidRPr="00865CAF" w:rsidRDefault="00F26EE3">
      <w:pPr>
        <w:rPr>
          <w:rFonts w:ascii="Chulabhorn Likit Text Light" w:hAnsi="Chulabhorn Likit Text Light" w:cs="Chulabhorn Likit Text Light"/>
        </w:rPr>
      </w:pPr>
      <w:r w:rsidRPr="00865CAF">
        <w:rPr>
          <w:rFonts w:ascii="Chulabhorn Likit Text Light" w:hAnsi="Chulabhorn Likit Text Light" w:cs="Chulabhorn Likit Text Light"/>
        </w:rPr>
        <w:t>เขียนที่....................................................................................</w:t>
      </w:r>
    </w:p>
    <w:p w14:paraId="5C97E4C1" w14:textId="77777777" w:rsidR="00A6453B" w:rsidRDefault="00F26EE3">
      <w:pPr>
        <w:spacing w:after="60"/>
        <w:jc w:val="right"/>
        <w:rPr>
          <w:rFonts w:ascii="Chulabhorn Likit Text Light" w:hAnsi="Chulabhorn Likit Text Light" w:cs="Chulabhorn Likit Text Light"/>
        </w:rPr>
      </w:pPr>
      <w:r w:rsidRPr="00865CAF">
        <w:rPr>
          <w:rFonts w:ascii="Chulabhorn Likit Text Light" w:hAnsi="Chulabhorn Likit Text Light" w:cs="Chulabhorn Likit Text Light"/>
        </w:rPr>
        <w:t>วันที่............เดือน............................พ.ศ. ...............</w:t>
      </w:r>
    </w:p>
    <w:p w14:paraId="1EC8809A" w14:textId="77777777" w:rsidR="00865CAF" w:rsidRPr="00865CAF" w:rsidRDefault="00865CAF">
      <w:pPr>
        <w:spacing w:after="60"/>
        <w:jc w:val="right"/>
        <w:rPr>
          <w:rFonts w:ascii="Chulabhorn Likit Text Light" w:hAnsi="Chulabhorn Likit Text Light" w:cs="Chulabhorn Likit Text Light"/>
        </w:rPr>
      </w:pPr>
    </w:p>
    <w:p w14:paraId="4A2F9515" w14:textId="77777777" w:rsidR="00A6453B" w:rsidRPr="00865CAF" w:rsidRDefault="00F26EE3">
      <w:pPr>
        <w:spacing w:after="120"/>
        <w:rPr>
          <w:rFonts w:ascii="Chulabhorn Likit Text Light" w:hAnsi="Chulabhorn Likit Text Light" w:cs="Chulabhorn Likit Text Light"/>
        </w:rPr>
      </w:pPr>
      <w:r w:rsidRPr="00865CAF">
        <w:rPr>
          <w:rFonts w:ascii="Chulabhorn Likit Text Light" w:hAnsi="Chulabhorn Likit Text Light" w:cs="Chulabhorn Likit Text Light"/>
        </w:rPr>
        <w:t>เรียน คณบดีคณะพยาบาลศาสตร์อัครราชกุมารี</w:t>
      </w:r>
    </w:p>
    <w:p w14:paraId="1E771FB9" w14:textId="322B278E" w:rsidR="00A6453B" w:rsidRPr="00865CAF" w:rsidRDefault="00F26EE3" w:rsidP="001E2F9F">
      <w:pPr>
        <w:spacing w:before="200"/>
        <w:ind w:firstLine="879"/>
        <w:rPr>
          <w:rFonts w:ascii="Chulabhorn Likit Text Light" w:hAnsi="Chulabhorn Likit Text Light" w:cs="Chulabhorn Likit Text Light"/>
        </w:rPr>
      </w:pPr>
      <w:r w:rsidRPr="00865CAF">
        <w:rPr>
          <w:rFonts w:ascii="Chulabhorn Likit Text Light" w:hAnsi="Chulabhorn Likit Text Light" w:cs="Chulabhorn Likit Text Light"/>
        </w:rPr>
        <w:t>ข้าพเจ้า...........................................</w:t>
      </w:r>
      <w:r w:rsidR="00865CAF">
        <w:rPr>
          <w:rFonts w:ascii="Chulabhorn Likit Text Light" w:hAnsi="Chulabhorn Likit Text Light" w:cs="Chulabhorn Likit Text Light"/>
        </w:rPr>
        <w:t>...................................</w:t>
      </w:r>
      <w:r w:rsidRPr="00865CAF">
        <w:rPr>
          <w:rFonts w:ascii="Chulabhorn Likit Text Light" w:hAnsi="Chulabhorn Likit Text Light" w:cs="Chulabhorn Likit Text Light"/>
        </w:rPr>
        <w:t>........</w:t>
      </w:r>
      <w:r w:rsidR="00865CAF">
        <w:rPr>
          <w:rFonts w:ascii="Chulabhorn Likit Text Light" w:hAnsi="Chulabhorn Likit Text Light" w:cs="Chulabhorn Likit Text Light"/>
        </w:rPr>
        <w:t>.....</w:t>
      </w:r>
      <w:r w:rsidRPr="00865CAF">
        <w:rPr>
          <w:rFonts w:ascii="Chulabhorn Likit Text Light" w:hAnsi="Chulabhorn Likit Text Light" w:cs="Chulabhorn Likit Text Light"/>
        </w:rPr>
        <w:t>.............ตำแหน่ง...............</w:t>
      </w:r>
      <w:r w:rsidR="00865CAF">
        <w:rPr>
          <w:rFonts w:ascii="Chulabhorn Likit Text Light" w:hAnsi="Chulabhorn Likit Text Light" w:cs="Chulabhorn Likit Text Light"/>
        </w:rPr>
        <w:t>....................................</w:t>
      </w:r>
      <w:r w:rsidRPr="00865CAF">
        <w:rPr>
          <w:rFonts w:ascii="Chulabhorn Likit Text Light" w:hAnsi="Chulabhorn Likit Text Light" w:cs="Chulabhorn Likit Text Light"/>
        </w:rPr>
        <w:t>.................................</w:t>
      </w:r>
    </w:p>
    <w:p w14:paraId="5B08AE8F" w14:textId="2121D515" w:rsidR="00A6453B" w:rsidRPr="00865CAF" w:rsidRDefault="00F26EE3" w:rsidP="001E2F9F">
      <w:pPr>
        <w:spacing w:before="200"/>
        <w:rPr>
          <w:rFonts w:ascii="Chulabhorn Likit Text Light" w:hAnsi="Chulabhorn Likit Text Light" w:cs="Chulabhorn Likit Text Light"/>
        </w:rPr>
      </w:pPr>
      <w:r w:rsidRPr="00865CAF">
        <w:rPr>
          <w:rFonts w:ascii="Chulabhorn Likit Text Light" w:hAnsi="Chulabhorn Likit Text Light" w:cs="Chulabhorn Likit Text Light"/>
        </w:rPr>
        <w:t>สังกัดโรงพยาบาล.....................................</w:t>
      </w:r>
      <w:r w:rsidR="00865CAF">
        <w:rPr>
          <w:rFonts w:ascii="Chulabhorn Likit Text Light" w:hAnsi="Chulabhorn Likit Text Light" w:cs="Chulabhorn Likit Text Light"/>
        </w:rPr>
        <w:t>.....</w:t>
      </w:r>
      <w:r w:rsidRPr="00865CAF">
        <w:rPr>
          <w:rFonts w:ascii="Chulabhorn Likit Text Light" w:hAnsi="Chulabhorn Likit Text Light" w:cs="Chulabhorn Likit Text Light"/>
        </w:rPr>
        <w:t>................</w:t>
      </w:r>
      <w:r w:rsidR="00865CAF">
        <w:rPr>
          <w:rFonts w:ascii="Chulabhorn Likit Text Light" w:hAnsi="Chulabhorn Likit Text Light" w:cs="Chulabhorn Likit Text Light"/>
        </w:rPr>
        <w:t>...................................</w:t>
      </w:r>
      <w:r w:rsidRPr="00865CAF">
        <w:rPr>
          <w:rFonts w:ascii="Chulabhorn Likit Text Light" w:hAnsi="Chulabhorn Likit Text Light" w:cs="Chulabhorn Likit Text Light"/>
        </w:rPr>
        <w:t>............ กรม ....................</w:t>
      </w:r>
      <w:r w:rsidR="00865CAF">
        <w:rPr>
          <w:rFonts w:ascii="Chulabhorn Likit Text Light" w:hAnsi="Chulabhorn Likit Text Light" w:cs="Chulabhorn Likit Text Light"/>
        </w:rPr>
        <w:t>..............................</w:t>
      </w:r>
      <w:r w:rsidRPr="00865CAF">
        <w:rPr>
          <w:rFonts w:ascii="Chulabhorn Likit Text Light" w:hAnsi="Chulabhorn Likit Text Light" w:cs="Chulabhorn Likit Text Light"/>
        </w:rPr>
        <w:t>........................................</w:t>
      </w:r>
    </w:p>
    <w:p w14:paraId="771D802F" w14:textId="184B7084" w:rsidR="00A6453B" w:rsidRPr="00865CAF" w:rsidRDefault="00F26EE3" w:rsidP="001E2F9F">
      <w:pPr>
        <w:spacing w:before="200"/>
        <w:rPr>
          <w:rFonts w:ascii="Chulabhorn Likit Text Light" w:hAnsi="Chulabhorn Likit Text Light" w:cs="Chulabhorn Likit Text Light"/>
        </w:rPr>
      </w:pPr>
      <w:r w:rsidRPr="00865CAF">
        <w:rPr>
          <w:rFonts w:ascii="Chulabhorn Likit Text Light" w:hAnsi="Chulabhorn Likit Text Light" w:cs="Chulabhorn Likit Text Light"/>
        </w:rPr>
        <w:t>กระทรวง..........</w:t>
      </w:r>
      <w:r w:rsidR="00347359">
        <w:rPr>
          <w:rFonts w:ascii="Chulabhorn Likit Text Light" w:hAnsi="Chulabhorn Likit Text Light" w:cs="Chulabhorn Likit Text Light"/>
        </w:rPr>
        <w:t>................................</w:t>
      </w:r>
      <w:r w:rsidRPr="00865CAF">
        <w:rPr>
          <w:rFonts w:ascii="Chulabhorn Likit Text Light" w:hAnsi="Chulabhorn Likit Text Light" w:cs="Chulabhorn Likit Text Light"/>
        </w:rPr>
        <w:t>.......................................จังหวัด .................</w:t>
      </w:r>
      <w:r w:rsidR="00347359">
        <w:rPr>
          <w:rFonts w:ascii="Chulabhorn Likit Text Light" w:hAnsi="Chulabhorn Likit Text Light" w:cs="Chulabhorn Likit Text Light"/>
        </w:rPr>
        <w:t>........................</w:t>
      </w:r>
      <w:r w:rsidRPr="00865CAF">
        <w:rPr>
          <w:rFonts w:ascii="Chulabhorn Likit Text Light" w:hAnsi="Chulabhorn Likit Text Light" w:cs="Chulabhorn Likit Text Light"/>
        </w:rPr>
        <w:t>...................โทรศัพท์..........</w:t>
      </w:r>
      <w:r w:rsidR="00347359">
        <w:rPr>
          <w:rFonts w:ascii="Chulabhorn Likit Text Light" w:hAnsi="Chulabhorn Likit Text Light" w:cs="Chulabhorn Likit Text Light"/>
        </w:rPr>
        <w:t>....................</w:t>
      </w:r>
      <w:r w:rsidRPr="00865CAF">
        <w:rPr>
          <w:rFonts w:ascii="Chulabhorn Likit Text Light" w:hAnsi="Chulabhorn Likit Text Light" w:cs="Chulabhorn Likit Text Light"/>
        </w:rPr>
        <w:t>....................</w:t>
      </w:r>
    </w:p>
    <w:p w14:paraId="4C877A6A" w14:textId="77777777" w:rsidR="008F39FE" w:rsidRDefault="00F26EE3" w:rsidP="00C33C51">
      <w:pPr>
        <w:spacing w:before="200"/>
        <w:rPr>
          <w:rFonts w:ascii="Chulabhorn Likit Text Light" w:hAnsi="Chulabhorn Likit Text Light" w:cs="Chulabhorn Likit Text Light"/>
        </w:rPr>
      </w:pPr>
      <w:r w:rsidRPr="00865CAF">
        <w:rPr>
          <w:rFonts w:ascii="Chulabhorn Likit Text Light" w:hAnsi="Chulabhorn Likit Text Light" w:cs="Chulabhorn Likit Text Light"/>
        </w:rPr>
        <w:t>เป็นผู้บังคับบัญชาของ นาง/นางสาว/นาย............</w:t>
      </w:r>
      <w:r w:rsidR="00347359">
        <w:rPr>
          <w:rFonts w:ascii="Chulabhorn Likit Text Light" w:hAnsi="Chulabhorn Likit Text Light" w:cs="Chulabhorn Likit Text Light"/>
        </w:rPr>
        <w:t>..............................................................</w:t>
      </w:r>
      <w:r w:rsidRPr="00865CAF">
        <w:rPr>
          <w:rFonts w:ascii="Chulabhorn Likit Text Light" w:hAnsi="Chulabhorn Likit Text Light" w:cs="Chulabhorn Likit Text Light"/>
        </w:rPr>
        <w:t>.......................................................................................</w:t>
      </w:r>
    </w:p>
    <w:p w14:paraId="73B07FE5" w14:textId="77777777" w:rsidR="008F39FE" w:rsidRDefault="00F26EE3" w:rsidP="00C33C51">
      <w:pPr>
        <w:spacing w:before="200"/>
        <w:rPr>
          <w:rFonts w:ascii="Chulabhorn Likit Text Light" w:hAnsi="Chulabhorn Likit Text Light" w:cs="Chulabhorn Likit Text Light"/>
        </w:rPr>
      </w:pPr>
      <w:proofErr w:type="spellStart"/>
      <w:r w:rsidRPr="00865CAF">
        <w:rPr>
          <w:rFonts w:ascii="Chulabhorn Likit Text Light" w:hAnsi="Chulabhorn Likit Text Light" w:cs="Chulabhorn Likit Text Light"/>
        </w:rPr>
        <w:t>ขอรับรองว่า</w:t>
      </w:r>
      <w:proofErr w:type="spellEnd"/>
      <w:r w:rsidRPr="00865CAF">
        <w:rPr>
          <w:rFonts w:ascii="Chulabhorn Likit Text Light" w:hAnsi="Chulabhorn Likit Text Light" w:cs="Chulabhorn Likit Text Light"/>
        </w:rPr>
        <w:t xml:space="preserve"> นาง/นางสาว/นาย.............................................................</w:t>
      </w:r>
      <w:r w:rsidR="001E2F9F">
        <w:rPr>
          <w:rFonts w:ascii="Chulabhorn Likit Text Light" w:hAnsi="Chulabhorn Likit Text Light" w:cs="Chulabhorn Likit Text Light"/>
        </w:rPr>
        <w:t>............</w:t>
      </w:r>
      <w:r w:rsidRPr="00865CAF">
        <w:rPr>
          <w:rFonts w:ascii="Chulabhorn Likit Text Light" w:hAnsi="Chulabhorn Likit Text Light" w:cs="Chulabhorn Likit Text Light"/>
        </w:rPr>
        <w:t>.......</w:t>
      </w:r>
      <w:r w:rsidR="00347359">
        <w:rPr>
          <w:rFonts w:ascii="Chulabhorn Likit Text Light" w:hAnsi="Chulabhorn Likit Text Light" w:cs="Chulabhorn Likit Text Light"/>
        </w:rPr>
        <w:t>..</w:t>
      </w:r>
      <w:r w:rsidRPr="00865CAF">
        <w:rPr>
          <w:rFonts w:ascii="Chulabhorn Likit Text Light" w:hAnsi="Chulabhorn Likit Text Light" w:cs="Chulabhorn Likit Text Light"/>
        </w:rPr>
        <w:t>...................</w:t>
      </w:r>
      <w:r w:rsidR="001E2F9F">
        <w:rPr>
          <w:rFonts w:ascii="Chulabhorn Likit Text Light" w:hAnsi="Chulabhorn Likit Text Light" w:cs="Chulabhorn Likit Text Light"/>
        </w:rPr>
        <w:t>......</w:t>
      </w:r>
      <w:r w:rsidRPr="00865CAF">
        <w:rPr>
          <w:rFonts w:ascii="Chulabhorn Likit Text Light" w:hAnsi="Chulabhorn Likit Text Light" w:cs="Chulabhorn Likit Text Light"/>
        </w:rPr>
        <w:t xml:space="preserve">..... </w:t>
      </w:r>
      <w:proofErr w:type="spellStart"/>
      <w:r w:rsidRPr="00865CAF">
        <w:rPr>
          <w:rFonts w:ascii="Chulabhorn Likit Text Light" w:hAnsi="Chulabhorn Likit Text Light" w:cs="Chulabhorn Likit Text Light"/>
        </w:rPr>
        <w:t>ได้ปฏิบัติงานในสาขาการพยาบาล</w:t>
      </w:r>
      <w:proofErr w:type="spellEnd"/>
    </w:p>
    <w:p w14:paraId="6CAF7014" w14:textId="664FD0EF" w:rsidR="00761733" w:rsidRDefault="00F26EE3" w:rsidP="00C33C51">
      <w:pPr>
        <w:spacing w:before="200"/>
        <w:rPr>
          <w:rFonts w:ascii="Chulabhorn Likit Text Light" w:hAnsi="Chulabhorn Likit Text Light" w:cs="Chulabhorn Likit Text Light"/>
        </w:rPr>
      </w:pPr>
      <w:r w:rsidRPr="00865CAF">
        <w:rPr>
          <w:rFonts w:ascii="Chulabhorn Likit Text Light" w:hAnsi="Chulabhorn Likit Text Light" w:cs="Chulabhorn Likit Text Light"/>
        </w:rPr>
        <w:t>ณ หน่วยงาน..................................................................</w:t>
      </w:r>
      <w:r w:rsidR="008F39FE">
        <w:rPr>
          <w:rFonts w:ascii="Chulabhorn Likit Text Light" w:hAnsi="Chulabhorn Likit Text Light" w:cs="Chulabhorn Likit Text Light"/>
        </w:rPr>
        <w:t>.</w:t>
      </w:r>
      <w:r w:rsidRPr="00865CAF">
        <w:rPr>
          <w:rFonts w:ascii="Chulabhorn Likit Text Light" w:hAnsi="Chulabhorn Likit Text Light" w:cs="Chulabhorn Likit Text Light"/>
        </w:rPr>
        <w:t>.........เป็นเวลา ....</w:t>
      </w:r>
      <w:r w:rsidR="00C33C51">
        <w:rPr>
          <w:rFonts w:ascii="Chulabhorn Likit Text Light" w:hAnsi="Chulabhorn Likit Text Light" w:cs="Chulabhorn Likit Text Light"/>
          <w:lang w:bidi="th-TH"/>
        </w:rPr>
        <w:t>...</w:t>
      </w:r>
      <w:r w:rsidRPr="00865CAF">
        <w:rPr>
          <w:rFonts w:ascii="Chulabhorn Likit Text Light" w:hAnsi="Chulabhorn Likit Text Light" w:cs="Chulabhorn Likit Text Light"/>
        </w:rPr>
        <w:t>...</w:t>
      </w:r>
      <w:r w:rsidR="00C33C51">
        <w:rPr>
          <w:rFonts w:ascii="Chulabhorn Likit Text Light" w:hAnsi="Chulabhorn Likit Text Light" w:cs="Chulabhorn Likit Text Light"/>
        </w:rPr>
        <w:t>.</w:t>
      </w:r>
      <w:r w:rsidRPr="00865CAF">
        <w:rPr>
          <w:rFonts w:ascii="Chulabhorn Likit Text Light" w:hAnsi="Chulabhorn Likit Text Light" w:cs="Chulabhorn Likit Text Light"/>
        </w:rPr>
        <w:t>.......</w:t>
      </w:r>
      <w:proofErr w:type="spellStart"/>
      <w:r w:rsidRPr="00865CAF">
        <w:rPr>
          <w:rFonts w:ascii="Chulabhorn Likit Text Light" w:hAnsi="Chulabhorn Likit Text Light" w:cs="Chulabhorn Likit Text Light"/>
        </w:rPr>
        <w:t>ปี</w:t>
      </w:r>
      <w:proofErr w:type="spellEnd"/>
      <w:r w:rsidRPr="00865CAF">
        <w:rPr>
          <w:rFonts w:ascii="Chulabhorn Likit Text Light" w:hAnsi="Chulabhorn Likit Text Light" w:cs="Chulabhorn Likit Text Light"/>
        </w:rPr>
        <w:t xml:space="preserve"> ......</w:t>
      </w:r>
      <w:r w:rsidR="00C33C51">
        <w:rPr>
          <w:rFonts w:ascii="Chulabhorn Likit Text Light" w:hAnsi="Chulabhorn Likit Text Light" w:cs="Chulabhorn Likit Text Light"/>
        </w:rPr>
        <w:t>....</w:t>
      </w:r>
      <w:r w:rsidRPr="00865CAF">
        <w:rPr>
          <w:rFonts w:ascii="Chulabhorn Likit Text Light" w:hAnsi="Chulabhorn Likit Text Light" w:cs="Chulabhorn Likit Text Light"/>
        </w:rPr>
        <w:t>........</w:t>
      </w:r>
      <w:proofErr w:type="spellStart"/>
      <w:r w:rsidRPr="00865CAF">
        <w:rPr>
          <w:rFonts w:ascii="Chulabhorn Likit Text Light" w:hAnsi="Chulabhorn Likit Text Light" w:cs="Chulabhorn Likit Text Light"/>
        </w:rPr>
        <w:t>เดือน</w:t>
      </w:r>
      <w:proofErr w:type="spellEnd"/>
      <w:r w:rsidRPr="00865CAF">
        <w:rPr>
          <w:rFonts w:ascii="Chulabhorn Likit Text Light" w:hAnsi="Chulabhorn Likit Text Light" w:cs="Chulabhorn Likit Text Light"/>
        </w:rPr>
        <w:t xml:space="preserve"> (</w:t>
      </w:r>
      <w:proofErr w:type="spellStart"/>
      <w:r w:rsidRPr="00865CAF">
        <w:rPr>
          <w:rFonts w:ascii="Chulabhorn Likit Text Light" w:hAnsi="Chulabhorn Likit Text Light" w:cs="Chulabhorn Likit Text Light"/>
        </w:rPr>
        <w:t>นับถึงวันสุดท้ายของการรับสมัคร</w:t>
      </w:r>
      <w:proofErr w:type="spellEnd"/>
    </w:p>
    <w:p w14:paraId="44EF4B63" w14:textId="18D98AD3" w:rsidR="00C33C51" w:rsidRPr="00865CAF" w:rsidRDefault="00F26EE3" w:rsidP="00C33C51">
      <w:pPr>
        <w:spacing w:before="200"/>
        <w:rPr>
          <w:rFonts w:ascii="Chulabhorn Likit Text Light" w:hAnsi="Chulabhorn Likit Text Light" w:cs="Chulabhorn Likit Text Light"/>
        </w:rPr>
      </w:pPr>
      <w:proofErr w:type="spellStart"/>
      <w:proofErr w:type="gramStart"/>
      <w:r w:rsidRPr="00865CAF">
        <w:rPr>
          <w:rFonts w:ascii="Chulabhorn Likit Text Light" w:hAnsi="Chulabhorn Likit Text Light" w:cs="Chulabhorn Likit Text Light"/>
        </w:rPr>
        <w:t>ขณะนี้ดำรงตำแหน่ง</w:t>
      </w:r>
      <w:proofErr w:type="spellEnd"/>
      <w:r w:rsidR="00C33C51">
        <w:rPr>
          <w:rFonts w:ascii="Chulabhorn Likit Text Light" w:hAnsi="Chulabhorn Likit Text Light" w:cs="Chulabhorn Likit Text Light" w:hint="cs"/>
          <w:cs/>
          <w:lang w:bidi="th-TH"/>
        </w:rPr>
        <w:t>)</w:t>
      </w:r>
      <w:r w:rsidRPr="00865CAF">
        <w:rPr>
          <w:rFonts w:ascii="Chulabhorn Likit Text Light" w:hAnsi="Chulabhorn Likit Text Light" w:cs="Chulabhorn Likit Text Light"/>
        </w:rPr>
        <w:t>.....................................................................</w:t>
      </w:r>
      <w:r w:rsidR="00C33C51">
        <w:rPr>
          <w:rFonts w:ascii="Chulabhorn Likit Text Light" w:hAnsi="Chulabhorn Likit Text Light" w:cs="Chulabhorn Likit Text Light"/>
        </w:rPr>
        <w:t>.........</w:t>
      </w:r>
      <w:proofErr w:type="gramEnd"/>
    </w:p>
    <w:p w14:paraId="28B6BE6D" w14:textId="77777777" w:rsidR="00A6453B" w:rsidRPr="00865CAF" w:rsidRDefault="00F26EE3" w:rsidP="008F39FE">
      <w:pPr>
        <w:spacing w:before="240"/>
        <w:rPr>
          <w:rFonts w:ascii="Chulabhorn Likit Text Light" w:hAnsi="Chulabhorn Likit Text Light" w:cs="Chulabhorn Likit Text Light"/>
        </w:rPr>
      </w:pPr>
      <w:r w:rsidRPr="00865CAF">
        <w:rPr>
          <w:rFonts w:ascii="Chulabhorn Likit Text Light" w:hAnsi="Chulabhorn Likit Text Light" w:cs="Chulabhorn Likit Text Light"/>
        </w:rPr>
        <w:t>ข้าพเจ้าขอประเมินคุณสมบัติดังนี้</w:t>
      </w:r>
    </w:p>
    <w:p w14:paraId="05B424A8" w14:textId="77777777" w:rsidR="00A6453B" w:rsidRPr="008F39FE" w:rsidRDefault="00A6453B">
      <w:pPr>
        <w:rPr>
          <w:rFonts w:ascii="Chulabhorn Likit Text Light" w:hAnsi="Chulabhorn Likit Text Light" w:cs="Chulabhorn Likit Text Light"/>
          <w:sz w:val="8"/>
          <w:szCs w:val="8"/>
        </w:rPr>
      </w:pPr>
    </w:p>
    <w:tbl>
      <w:tblPr>
        <w:tblStyle w:val="TableGrid"/>
        <w:tblW w:w="9525" w:type="dxa"/>
        <w:jc w:val="center"/>
        <w:tblLayout w:type="fixed"/>
        <w:tblLook w:val="04A0" w:firstRow="1" w:lastRow="0" w:firstColumn="1" w:lastColumn="0" w:noHBand="0" w:noVBand="1"/>
      </w:tblPr>
      <w:tblGrid>
        <w:gridCol w:w="5217"/>
        <w:gridCol w:w="1474"/>
        <w:gridCol w:w="1360"/>
        <w:gridCol w:w="1474"/>
      </w:tblGrid>
      <w:tr w:rsidR="00A6453B" w:rsidRPr="00865CAF" w14:paraId="535E6C69" w14:textId="77777777">
        <w:trPr>
          <w:trHeight w:hRule="exact" w:val="351"/>
          <w:jc w:val="center"/>
        </w:trPr>
        <w:tc>
          <w:tcPr>
            <w:tcW w:w="5216" w:type="dxa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AEEF853" w14:textId="77777777" w:rsidR="00A6453B" w:rsidRPr="00865CAF" w:rsidRDefault="00F26EE3">
            <w:pPr>
              <w:jc w:val="center"/>
              <w:rPr>
                <w:rFonts w:ascii="Chulabhorn Likit Text Light" w:hAnsi="Chulabhorn Likit Text Light" w:cs="Chulabhorn Likit Text Light"/>
              </w:rPr>
            </w:pPr>
            <w:r w:rsidRPr="00865CAF">
              <w:rPr>
                <w:rFonts w:ascii="Chulabhorn Likit Text Light" w:hAnsi="Chulabhorn Likit Text Light" w:cs="Chulabhorn Likit Text Light"/>
                <w:b/>
                <w:sz w:val="20"/>
              </w:rPr>
              <w:t>หัวข้อประเมิน</w:t>
            </w:r>
          </w:p>
        </w:tc>
        <w:tc>
          <w:tcPr>
            <w:tcW w:w="1474" w:type="dxa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CB98A4D" w14:textId="77777777" w:rsidR="00A6453B" w:rsidRPr="00865CAF" w:rsidRDefault="00F26EE3">
            <w:pPr>
              <w:jc w:val="center"/>
              <w:rPr>
                <w:rFonts w:ascii="Chulabhorn Likit Text Light" w:hAnsi="Chulabhorn Likit Text Light" w:cs="Chulabhorn Likit Text Light"/>
              </w:rPr>
            </w:pPr>
            <w:r w:rsidRPr="00865CAF">
              <w:rPr>
                <w:rFonts w:ascii="Chulabhorn Likit Text Light" w:hAnsi="Chulabhorn Likit Text Light" w:cs="Chulabhorn Likit Text Light"/>
                <w:b/>
                <w:sz w:val="20"/>
              </w:rPr>
              <w:t>ดีมาก</w:t>
            </w:r>
          </w:p>
        </w:tc>
        <w:tc>
          <w:tcPr>
            <w:tcW w:w="1360" w:type="dxa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24FB9972" w14:textId="77777777" w:rsidR="00A6453B" w:rsidRPr="00865CAF" w:rsidRDefault="00F26EE3">
            <w:pPr>
              <w:jc w:val="center"/>
              <w:rPr>
                <w:rFonts w:ascii="Chulabhorn Likit Text Light" w:hAnsi="Chulabhorn Likit Text Light" w:cs="Chulabhorn Likit Text Light"/>
              </w:rPr>
            </w:pPr>
            <w:r w:rsidRPr="00865CAF">
              <w:rPr>
                <w:rFonts w:ascii="Chulabhorn Likit Text Light" w:hAnsi="Chulabhorn Likit Text Light" w:cs="Chulabhorn Likit Text Light"/>
                <w:b/>
                <w:sz w:val="20"/>
              </w:rPr>
              <w:t>ดี</w:t>
            </w:r>
          </w:p>
        </w:tc>
        <w:tc>
          <w:tcPr>
            <w:tcW w:w="1474" w:type="dxa"/>
            <w:tcMar>
              <w:top w:w="25" w:type="dxa"/>
              <w:left w:w="55" w:type="dxa"/>
              <w:bottom w:w="25" w:type="dxa"/>
              <w:right w:w="55" w:type="dxa"/>
            </w:tcMar>
            <w:vAlign w:val="center"/>
          </w:tcPr>
          <w:p w14:paraId="633A6C6D" w14:textId="77777777" w:rsidR="00A6453B" w:rsidRPr="00865CAF" w:rsidRDefault="00F26EE3">
            <w:pPr>
              <w:jc w:val="center"/>
              <w:rPr>
                <w:rFonts w:ascii="Chulabhorn Likit Text Light" w:hAnsi="Chulabhorn Likit Text Light" w:cs="Chulabhorn Likit Text Light"/>
              </w:rPr>
            </w:pPr>
            <w:r w:rsidRPr="00865CAF">
              <w:rPr>
                <w:rFonts w:ascii="Chulabhorn Likit Text Light" w:hAnsi="Chulabhorn Likit Text Light" w:cs="Chulabhorn Likit Text Light"/>
                <w:b/>
                <w:sz w:val="20"/>
              </w:rPr>
              <w:t>พอใช้</w:t>
            </w:r>
          </w:p>
        </w:tc>
      </w:tr>
      <w:tr w:rsidR="00A6453B" w:rsidRPr="00865CAF" w14:paraId="05FFF15A" w14:textId="77777777">
        <w:trPr>
          <w:trHeight w:hRule="exact" w:val="329"/>
          <w:jc w:val="center"/>
        </w:trPr>
        <w:tc>
          <w:tcPr>
            <w:tcW w:w="5216" w:type="dxa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871D7AD" w14:textId="77777777" w:rsidR="00A6453B" w:rsidRPr="00865CAF" w:rsidRDefault="00F26EE3">
            <w:pPr>
              <w:rPr>
                <w:rFonts w:ascii="Chulabhorn Likit Text Light" w:hAnsi="Chulabhorn Likit Text Light" w:cs="Chulabhorn Likit Text Light"/>
              </w:rPr>
            </w:pPr>
            <w:r w:rsidRPr="00865CAF">
              <w:rPr>
                <w:rFonts w:ascii="Chulabhorn Likit Text Light" w:hAnsi="Chulabhorn Likit Text Light" w:cs="Chulabhorn Likit Text Light"/>
                <w:sz w:val="20"/>
              </w:rPr>
              <w:t>1.  ความสามารถในการปฏิบัติงาน</w:t>
            </w:r>
          </w:p>
        </w:tc>
        <w:tc>
          <w:tcPr>
            <w:tcW w:w="1474" w:type="dxa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26BF863" w14:textId="77777777" w:rsidR="00A6453B" w:rsidRPr="00865CAF" w:rsidRDefault="00A6453B">
            <w:pPr>
              <w:jc w:val="center"/>
              <w:rPr>
                <w:rFonts w:ascii="Chulabhorn Likit Text Light" w:hAnsi="Chulabhorn Likit Text Light" w:cs="Chulabhorn Likit Text Light"/>
              </w:rPr>
            </w:pPr>
          </w:p>
        </w:tc>
        <w:tc>
          <w:tcPr>
            <w:tcW w:w="1360" w:type="dxa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324E76D" w14:textId="77777777" w:rsidR="00A6453B" w:rsidRPr="00865CAF" w:rsidRDefault="00A6453B">
            <w:pPr>
              <w:jc w:val="center"/>
              <w:rPr>
                <w:rFonts w:ascii="Chulabhorn Likit Text Light" w:hAnsi="Chulabhorn Likit Text Light" w:cs="Chulabhorn Likit Text Light"/>
              </w:rPr>
            </w:pPr>
          </w:p>
        </w:tc>
        <w:tc>
          <w:tcPr>
            <w:tcW w:w="1474" w:type="dxa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9CF0502" w14:textId="77777777" w:rsidR="00A6453B" w:rsidRPr="00865CAF" w:rsidRDefault="00A6453B">
            <w:pPr>
              <w:jc w:val="center"/>
              <w:rPr>
                <w:rFonts w:ascii="Chulabhorn Likit Text Light" w:hAnsi="Chulabhorn Likit Text Light" w:cs="Chulabhorn Likit Text Light"/>
              </w:rPr>
            </w:pPr>
          </w:p>
        </w:tc>
      </w:tr>
      <w:tr w:rsidR="00A6453B" w:rsidRPr="00865CAF" w14:paraId="0188F103" w14:textId="77777777">
        <w:trPr>
          <w:trHeight w:hRule="exact" w:val="329"/>
          <w:jc w:val="center"/>
        </w:trPr>
        <w:tc>
          <w:tcPr>
            <w:tcW w:w="5216" w:type="dxa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6DAB215" w14:textId="77777777" w:rsidR="00A6453B" w:rsidRPr="00865CAF" w:rsidRDefault="00F26EE3">
            <w:pPr>
              <w:rPr>
                <w:rFonts w:ascii="Chulabhorn Likit Text Light" w:hAnsi="Chulabhorn Likit Text Light" w:cs="Chulabhorn Likit Text Light"/>
              </w:rPr>
            </w:pPr>
            <w:r w:rsidRPr="00865CAF">
              <w:rPr>
                <w:rFonts w:ascii="Chulabhorn Likit Text Light" w:hAnsi="Chulabhorn Likit Text Light" w:cs="Chulabhorn Likit Text Light"/>
                <w:sz w:val="20"/>
              </w:rPr>
              <w:t>2.  การปฏิบัติตามระเบียบวินัย</w:t>
            </w:r>
          </w:p>
        </w:tc>
        <w:tc>
          <w:tcPr>
            <w:tcW w:w="1474" w:type="dxa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EEEA5CC" w14:textId="77777777" w:rsidR="00A6453B" w:rsidRPr="00865CAF" w:rsidRDefault="00A6453B">
            <w:pPr>
              <w:jc w:val="center"/>
              <w:rPr>
                <w:rFonts w:ascii="Chulabhorn Likit Text Light" w:hAnsi="Chulabhorn Likit Text Light" w:cs="Chulabhorn Likit Text Light"/>
              </w:rPr>
            </w:pPr>
          </w:p>
        </w:tc>
        <w:tc>
          <w:tcPr>
            <w:tcW w:w="1360" w:type="dxa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45B589B" w14:textId="77777777" w:rsidR="00A6453B" w:rsidRPr="00865CAF" w:rsidRDefault="00A6453B">
            <w:pPr>
              <w:jc w:val="center"/>
              <w:rPr>
                <w:rFonts w:ascii="Chulabhorn Likit Text Light" w:hAnsi="Chulabhorn Likit Text Light" w:cs="Chulabhorn Likit Text Light"/>
              </w:rPr>
            </w:pPr>
          </w:p>
        </w:tc>
        <w:tc>
          <w:tcPr>
            <w:tcW w:w="1474" w:type="dxa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F62EF74" w14:textId="77777777" w:rsidR="00A6453B" w:rsidRPr="00865CAF" w:rsidRDefault="00A6453B">
            <w:pPr>
              <w:jc w:val="center"/>
              <w:rPr>
                <w:rFonts w:ascii="Chulabhorn Likit Text Light" w:hAnsi="Chulabhorn Likit Text Light" w:cs="Chulabhorn Likit Text Light"/>
              </w:rPr>
            </w:pPr>
          </w:p>
        </w:tc>
      </w:tr>
      <w:tr w:rsidR="00A6453B" w:rsidRPr="00865CAF" w14:paraId="7EB2C550" w14:textId="77777777">
        <w:trPr>
          <w:trHeight w:hRule="exact" w:val="329"/>
          <w:jc w:val="center"/>
        </w:trPr>
        <w:tc>
          <w:tcPr>
            <w:tcW w:w="5216" w:type="dxa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D92B895" w14:textId="77777777" w:rsidR="00A6453B" w:rsidRPr="00865CAF" w:rsidRDefault="00F26EE3">
            <w:pPr>
              <w:rPr>
                <w:rFonts w:ascii="Chulabhorn Likit Text Light" w:hAnsi="Chulabhorn Likit Text Light" w:cs="Chulabhorn Likit Text Light"/>
              </w:rPr>
            </w:pPr>
            <w:r w:rsidRPr="00865CAF">
              <w:rPr>
                <w:rFonts w:ascii="Chulabhorn Likit Text Light" w:hAnsi="Chulabhorn Likit Text Light" w:cs="Chulabhorn Likit Text Light"/>
                <w:sz w:val="20"/>
              </w:rPr>
              <w:t>3.  เจตคติต่อวิชาชีพ</w:t>
            </w:r>
          </w:p>
        </w:tc>
        <w:tc>
          <w:tcPr>
            <w:tcW w:w="1474" w:type="dxa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0C02AB0" w14:textId="77777777" w:rsidR="00A6453B" w:rsidRPr="00865CAF" w:rsidRDefault="00A6453B">
            <w:pPr>
              <w:jc w:val="center"/>
              <w:rPr>
                <w:rFonts w:ascii="Chulabhorn Likit Text Light" w:hAnsi="Chulabhorn Likit Text Light" w:cs="Chulabhorn Likit Text Light"/>
              </w:rPr>
            </w:pPr>
          </w:p>
        </w:tc>
        <w:tc>
          <w:tcPr>
            <w:tcW w:w="1360" w:type="dxa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7325902" w14:textId="77777777" w:rsidR="00A6453B" w:rsidRPr="00865CAF" w:rsidRDefault="00A6453B">
            <w:pPr>
              <w:jc w:val="center"/>
              <w:rPr>
                <w:rFonts w:ascii="Chulabhorn Likit Text Light" w:hAnsi="Chulabhorn Likit Text Light" w:cs="Chulabhorn Likit Text Light"/>
              </w:rPr>
            </w:pPr>
          </w:p>
        </w:tc>
        <w:tc>
          <w:tcPr>
            <w:tcW w:w="1474" w:type="dxa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18D8EFA" w14:textId="77777777" w:rsidR="00A6453B" w:rsidRPr="00865CAF" w:rsidRDefault="00A6453B">
            <w:pPr>
              <w:jc w:val="center"/>
              <w:rPr>
                <w:rFonts w:ascii="Chulabhorn Likit Text Light" w:hAnsi="Chulabhorn Likit Text Light" w:cs="Chulabhorn Likit Text Light"/>
              </w:rPr>
            </w:pPr>
          </w:p>
        </w:tc>
      </w:tr>
      <w:tr w:rsidR="00A6453B" w:rsidRPr="00865CAF" w14:paraId="63C79E4C" w14:textId="77777777">
        <w:trPr>
          <w:trHeight w:hRule="exact" w:val="329"/>
          <w:jc w:val="center"/>
        </w:trPr>
        <w:tc>
          <w:tcPr>
            <w:tcW w:w="5216" w:type="dxa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B488C9E" w14:textId="77777777" w:rsidR="00A6453B" w:rsidRPr="00865CAF" w:rsidRDefault="00F26EE3">
            <w:pPr>
              <w:rPr>
                <w:rFonts w:ascii="Chulabhorn Likit Text Light" w:hAnsi="Chulabhorn Likit Text Light" w:cs="Chulabhorn Likit Text Light"/>
              </w:rPr>
            </w:pPr>
            <w:r w:rsidRPr="00865CAF">
              <w:rPr>
                <w:rFonts w:ascii="Chulabhorn Likit Text Light" w:hAnsi="Chulabhorn Likit Text Light" w:cs="Chulabhorn Likit Text Light"/>
                <w:sz w:val="20"/>
              </w:rPr>
              <w:t>4.  มนุษยสัมพันธ์</w:t>
            </w:r>
          </w:p>
        </w:tc>
        <w:tc>
          <w:tcPr>
            <w:tcW w:w="1474" w:type="dxa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9475B4C" w14:textId="77777777" w:rsidR="00A6453B" w:rsidRPr="00865CAF" w:rsidRDefault="00A6453B">
            <w:pPr>
              <w:jc w:val="center"/>
              <w:rPr>
                <w:rFonts w:ascii="Chulabhorn Likit Text Light" w:hAnsi="Chulabhorn Likit Text Light" w:cs="Chulabhorn Likit Text Light"/>
              </w:rPr>
            </w:pPr>
          </w:p>
        </w:tc>
        <w:tc>
          <w:tcPr>
            <w:tcW w:w="1360" w:type="dxa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1863A8A" w14:textId="77777777" w:rsidR="00A6453B" w:rsidRPr="00865CAF" w:rsidRDefault="00A6453B">
            <w:pPr>
              <w:jc w:val="center"/>
              <w:rPr>
                <w:rFonts w:ascii="Chulabhorn Likit Text Light" w:hAnsi="Chulabhorn Likit Text Light" w:cs="Chulabhorn Likit Text Light"/>
              </w:rPr>
            </w:pPr>
          </w:p>
        </w:tc>
        <w:tc>
          <w:tcPr>
            <w:tcW w:w="1474" w:type="dxa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580A85B" w14:textId="77777777" w:rsidR="00A6453B" w:rsidRPr="00865CAF" w:rsidRDefault="00A6453B">
            <w:pPr>
              <w:jc w:val="center"/>
              <w:rPr>
                <w:rFonts w:ascii="Chulabhorn Likit Text Light" w:hAnsi="Chulabhorn Likit Text Light" w:cs="Chulabhorn Likit Text Light"/>
              </w:rPr>
            </w:pPr>
          </w:p>
        </w:tc>
      </w:tr>
      <w:tr w:rsidR="00A6453B" w:rsidRPr="00865CAF" w14:paraId="463801BD" w14:textId="77777777">
        <w:trPr>
          <w:trHeight w:hRule="exact" w:val="329"/>
          <w:jc w:val="center"/>
        </w:trPr>
        <w:tc>
          <w:tcPr>
            <w:tcW w:w="5216" w:type="dxa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C10B188" w14:textId="77777777" w:rsidR="00A6453B" w:rsidRPr="00865CAF" w:rsidRDefault="00F26EE3">
            <w:pPr>
              <w:rPr>
                <w:rFonts w:ascii="Chulabhorn Likit Text Light" w:hAnsi="Chulabhorn Likit Text Light" w:cs="Chulabhorn Likit Text Light"/>
              </w:rPr>
            </w:pPr>
            <w:r w:rsidRPr="00865CAF">
              <w:rPr>
                <w:rFonts w:ascii="Chulabhorn Likit Text Light" w:hAnsi="Chulabhorn Likit Text Light" w:cs="Chulabhorn Likit Text Light"/>
                <w:sz w:val="20"/>
              </w:rPr>
              <w:t>5.  สุขภาพ</w:t>
            </w:r>
          </w:p>
        </w:tc>
        <w:tc>
          <w:tcPr>
            <w:tcW w:w="1474" w:type="dxa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777AC23" w14:textId="77777777" w:rsidR="00A6453B" w:rsidRPr="00865CAF" w:rsidRDefault="00A6453B">
            <w:pPr>
              <w:jc w:val="center"/>
              <w:rPr>
                <w:rFonts w:ascii="Chulabhorn Likit Text Light" w:hAnsi="Chulabhorn Likit Text Light" w:cs="Chulabhorn Likit Text Light"/>
              </w:rPr>
            </w:pPr>
          </w:p>
        </w:tc>
        <w:tc>
          <w:tcPr>
            <w:tcW w:w="1360" w:type="dxa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5138CC3" w14:textId="77777777" w:rsidR="00A6453B" w:rsidRPr="00865CAF" w:rsidRDefault="00A6453B">
            <w:pPr>
              <w:jc w:val="center"/>
              <w:rPr>
                <w:rFonts w:ascii="Chulabhorn Likit Text Light" w:hAnsi="Chulabhorn Likit Text Light" w:cs="Chulabhorn Likit Text Light"/>
              </w:rPr>
            </w:pPr>
          </w:p>
        </w:tc>
        <w:tc>
          <w:tcPr>
            <w:tcW w:w="1474" w:type="dxa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A0BEAB5" w14:textId="77777777" w:rsidR="00A6453B" w:rsidRPr="00865CAF" w:rsidRDefault="00A6453B">
            <w:pPr>
              <w:jc w:val="center"/>
              <w:rPr>
                <w:rFonts w:ascii="Chulabhorn Likit Text Light" w:hAnsi="Chulabhorn Likit Text Light" w:cs="Chulabhorn Likit Text Light"/>
              </w:rPr>
            </w:pPr>
          </w:p>
        </w:tc>
      </w:tr>
      <w:tr w:rsidR="00A6453B" w:rsidRPr="00865CAF" w14:paraId="344B5918" w14:textId="77777777">
        <w:trPr>
          <w:trHeight w:hRule="exact" w:val="329"/>
          <w:jc w:val="center"/>
        </w:trPr>
        <w:tc>
          <w:tcPr>
            <w:tcW w:w="5216" w:type="dxa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DA77D49" w14:textId="77777777" w:rsidR="00A6453B" w:rsidRPr="00865CAF" w:rsidRDefault="00F26EE3">
            <w:pPr>
              <w:rPr>
                <w:rFonts w:ascii="Chulabhorn Likit Text Light" w:hAnsi="Chulabhorn Likit Text Light" w:cs="Chulabhorn Likit Text Light"/>
              </w:rPr>
            </w:pPr>
            <w:r w:rsidRPr="00865CAF">
              <w:rPr>
                <w:rFonts w:ascii="Chulabhorn Likit Text Light" w:hAnsi="Chulabhorn Likit Text Light" w:cs="Chulabhorn Likit Text Light"/>
                <w:sz w:val="20"/>
              </w:rPr>
              <w:t>6.  ความประพฤติ</w:t>
            </w:r>
          </w:p>
        </w:tc>
        <w:tc>
          <w:tcPr>
            <w:tcW w:w="1474" w:type="dxa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D7E3A40" w14:textId="77777777" w:rsidR="00A6453B" w:rsidRPr="00865CAF" w:rsidRDefault="00A6453B">
            <w:pPr>
              <w:jc w:val="center"/>
              <w:rPr>
                <w:rFonts w:ascii="Chulabhorn Likit Text Light" w:hAnsi="Chulabhorn Likit Text Light" w:cs="Chulabhorn Likit Text Light"/>
              </w:rPr>
            </w:pPr>
          </w:p>
        </w:tc>
        <w:tc>
          <w:tcPr>
            <w:tcW w:w="1360" w:type="dxa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E8D9644" w14:textId="77777777" w:rsidR="00A6453B" w:rsidRPr="00865CAF" w:rsidRDefault="00A6453B">
            <w:pPr>
              <w:jc w:val="center"/>
              <w:rPr>
                <w:rFonts w:ascii="Chulabhorn Likit Text Light" w:hAnsi="Chulabhorn Likit Text Light" w:cs="Chulabhorn Likit Text Light"/>
              </w:rPr>
            </w:pPr>
          </w:p>
        </w:tc>
        <w:tc>
          <w:tcPr>
            <w:tcW w:w="1474" w:type="dxa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8CAB9EC" w14:textId="77777777" w:rsidR="00A6453B" w:rsidRPr="00865CAF" w:rsidRDefault="00A6453B">
            <w:pPr>
              <w:jc w:val="center"/>
              <w:rPr>
                <w:rFonts w:ascii="Chulabhorn Likit Text Light" w:hAnsi="Chulabhorn Likit Text Light" w:cs="Chulabhorn Likit Text Light"/>
              </w:rPr>
            </w:pPr>
          </w:p>
        </w:tc>
      </w:tr>
    </w:tbl>
    <w:p w14:paraId="49A5B6B3" w14:textId="77777777" w:rsidR="00A6453B" w:rsidRPr="00865CAF" w:rsidRDefault="00A6453B">
      <w:pPr>
        <w:rPr>
          <w:rFonts w:ascii="Chulabhorn Likit Text Light" w:hAnsi="Chulabhorn Likit Text Light" w:cs="Chulabhorn Likit Text Light"/>
        </w:rPr>
      </w:pPr>
    </w:p>
    <w:p w14:paraId="755EC7B7" w14:textId="77777777" w:rsidR="00A6453B" w:rsidRPr="00865CAF" w:rsidRDefault="00F26EE3">
      <w:pPr>
        <w:ind w:left="1417"/>
        <w:rPr>
          <w:rFonts w:ascii="Chulabhorn Likit Text Light" w:hAnsi="Chulabhorn Likit Text Light" w:cs="Chulabhorn Likit Text Light"/>
        </w:rPr>
      </w:pPr>
      <w:r w:rsidRPr="00865CAF">
        <w:rPr>
          <w:rFonts w:ascii="Chulabhorn Likit Text Light" w:hAnsi="Chulabhorn Likit Text Light" w:cs="Chulabhorn Likit Text Light"/>
        </w:rPr>
        <w:t>จึงเรียนมาเพื่อทราบ</w:t>
      </w:r>
    </w:p>
    <w:p w14:paraId="5020BDC0" w14:textId="38E675DA" w:rsidR="00A6453B" w:rsidRPr="00865CAF" w:rsidRDefault="008F39FE" w:rsidP="008F39FE">
      <w:pPr>
        <w:spacing w:before="40" w:after="80"/>
        <w:ind w:left="5102" w:right="113"/>
        <w:rPr>
          <w:rFonts w:ascii="Chulabhorn Likit Text Light" w:hAnsi="Chulabhorn Likit Text Light" w:cs="Chulabhorn Likit Text Light"/>
        </w:rPr>
      </w:pPr>
      <w:r>
        <w:rPr>
          <w:rFonts w:ascii="Chulabhorn Likit Text Light" w:hAnsi="Chulabhorn Likit Text Light" w:cs="Chulabhorn Likit Text Light"/>
        </w:rPr>
        <w:t xml:space="preserve">              </w:t>
      </w:r>
      <w:proofErr w:type="spellStart"/>
      <w:r w:rsidR="00F26EE3" w:rsidRPr="00865CAF">
        <w:rPr>
          <w:rFonts w:ascii="Chulabhorn Likit Text Light" w:hAnsi="Chulabhorn Likit Text Light" w:cs="Chulabhorn Likit Text Light"/>
        </w:rPr>
        <w:t>ขอแสดงความนับถือ</w:t>
      </w:r>
      <w:proofErr w:type="spellEnd"/>
    </w:p>
    <w:p w14:paraId="131C5BC6" w14:textId="77777777" w:rsidR="00A6453B" w:rsidRPr="00865CAF" w:rsidRDefault="00F26EE3" w:rsidP="008F39FE">
      <w:pPr>
        <w:spacing w:before="240"/>
        <w:ind w:left="5103"/>
        <w:rPr>
          <w:rFonts w:ascii="Chulabhorn Likit Text Light" w:hAnsi="Chulabhorn Likit Text Light" w:cs="Chulabhorn Likit Text Light"/>
        </w:rPr>
      </w:pPr>
      <w:r w:rsidRPr="00865CAF">
        <w:rPr>
          <w:rFonts w:ascii="Chulabhorn Likit Text Light" w:hAnsi="Chulabhorn Likit Text Light" w:cs="Chulabhorn Likit Text Light"/>
        </w:rPr>
        <w:t>ลงนาม.................................................................</w:t>
      </w:r>
    </w:p>
    <w:p w14:paraId="41F9796C" w14:textId="0D30DEA6" w:rsidR="00A6453B" w:rsidRPr="00865CAF" w:rsidRDefault="00845DD1" w:rsidP="00845DD1">
      <w:pPr>
        <w:spacing w:before="120"/>
        <w:ind w:left="5358"/>
        <w:rPr>
          <w:rFonts w:ascii="Chulabhorn Likit Text Light" w:hAnsi="Chulabhorn Likit Text Light" w:cs="Chulabhorn Likit Text Light"/>
        </w:rPr>
      </w:pPr>
      <w:r>
        <w:rPr>
          <w:rFonts w:ascii="Chulabhorn Likit Text Light" w:hAnsi="Chulabhorn Likit Text Light" w:cs="Chulabhorn Likit Text Light"/>
        </w:rPr>
        <w:t xml:space="preserve"> </w:t>
      </w:r>
      <w:r w:rsidR="00F26EE3" w:rsidRPr="00865CAF">
        <w:rPr>
          <w:rFonts w:ascii="Chulabhorn Likit Text Light" w:hAnsi="Chulabhorn Likit Text Light" w:cs="Chulabhorn Likit Text Light"/>
        </w:rPr>
        <w:t>(.....................................................................)</w:t>
      </w:r>
    </w:p>
    <w:p w14:paraId="1AB3EA72" w14:textId="77777777" w:rsidR="00A6453B" w:rsidRDefault="00F26EE3" w:rsidP="00845DD1">
      <w:pPr>
        <w:spacing w:before="120"/>
        <w:ind w:left="5103"/>
        <w:rPr>
          <w:rFonts w:ascii="Chulabhorn Likit Text Light" w:hAnsi="Chulabhorn Likit Text Light" w:cs="Chulabhorn Likit Text Light"/>
        </w:rPr>
      </w:pPr>
      <w:r w:rsidRPr="00865CAF">
        <w:rPr>
          <w:rFonts w:ascii="Chulabhorn Likit Text Light" w:hAnsi="Chulabhorn Likit Text Light" w:cs="Chulabhorn Likit Text Light"/>
        </w:rPr>
        <w:t>ตำแหน่ง..............................................................</w:t>
      </w:r>
    </w:p>
    <w:p w14:paraId="207BD038" w14:textId="3E843027" w:rsidR="00845DD1" w:rsidRPr="00865CAF" w:rsidRDefault="00845DD1" w:rsidP="00845DD1">
      <w:pPr>
        <w:spacing w:before="120"/>
        <w:ind w:left="5103"/>
        <w:rPr>
          <w:rFonts w:ascii="Chulabhorn Likit Text Light" w:hAnsi="Chulabhorn Likit Text Light" w:cs="Chulabhorn Likit Text Light"/>
          <w:cs/>
          <w:lang w:bidi="th-TH"/>
        </w:rPr>
      </w:pPr>
      <w:r>
        <w:rPr>
          <w:rFonts w:ascii="Chulabhorn Likit Text Light" w:hAnsi="Chulabhorn Likit Text Light" w:cs="Chulabhorn Likit Text Light" w:hint="cs"/>
          <w:cs/>
          <w:lang w:bidi="th-TH"/>
        </w:rPr>
        <w:t>วันที่ ..................................................................</w:t>
      </w:r>
    </w:p>
    <w:p w14:paraId="0335D276" w14:textId="77777777" w:rsidR="00A6453B" w:rsidRPr="00865CAF" w:rsidRDefault="00A6453B">
      <w:pPr>
        <w:spacing w:after="220"/>
        <w:rPr>
          <w:rFonts w:ascii="Chulabhorn Likit Text Light" w:hAnsi="Chulabhorn Likit Text Light" w:cs="Chulabhorn Likit Text Light"/>
        </w:rPr>
      </w:pPr>
    </w:p>
    <w:p w14:paraId="67BEF4D9" w14:textId="7D906B31" w:rsidR="00A6453B" w:rsidRPr="00865CAF" w:rsidRDefault="00F26EE3" w:rsidP="00845DD1">
      <w:pPr>
        <w:ind w:right="-427"/>
        <w:rPr>
          <w:rFonts w:ascii="Chulabhorn Likit Text Light" w:hAnsi="Chulabhorn Likit Text Light" w:cs="Chulabhorn Likit Text Light"/>
        </w:rPr>
      </w:pPr>
      <w:r w:rsidRPr="00865CAF">
        <w:rPr>
          <w:rFonts w:ascii="Chulabhorn Likit Text Light" w:hAnsi="Chulabhorn Likit Text Light" w:cs="Chulabhorn Likit Text Light"/>
          <w:b/>
          <w:sz w:val="19"/>
        </w:rPr>
        <w:t xml:space="preserve">หมายเหตุ </w:t>
      </w:r>
      <w:r w:rsidRPr="00865CAF">
        <w:rPr>
          <w:rFonts w:ascii="Chulabhorn Likit Text Light" w:hAnsi="Chulabhorn Likit Text Light" w:cs="Chulabhorn Likit Text Light"/>
          <w:sz w:val="19"/>
        </w:rPr>
        <w:t xml:space="preserve">ผู้ลงนามคือ ผู้บังคับบัญชาขั้นต้น </w:t>
      </w:r>
      <w:proofErr w:type="spellStart"/>
      <w:r w:rsidRPr="00865CAF">
        <w:rPr>
          <w:rFonts w:ascii="Chulabhorn Likit Text Light" w:hAnsi="Chulabhorn Likit Text Light" w:cs="Chulabhorn Likit Text Light"/>
          <w:sz w:val="19"/>
        </w:rPr>
        <w:t>อาทิเช่น</w:t>
      </w:r>
      <w:proofErr w:type="spellEnd"/>
      <w:r w:rsidRPr="00865CAF">
        <w:rPr>
          <w:rFonts w:ascii="Chulabhorn Likit Text Light" w:hAnsi="Chulabhorn Likit Text Light" w:cs="Chulabhorn Likit Text Light"/>
          <w:sz w:val="19"/>
        </w:rPr>
        <w:t xml:space="preserve"> </w:t>
      </w:r>
      <w:proofErr w:type="spellStart"/>
      <w:r w:rsidRPr="00865CAF">
        <w:rPr>
          <w:rFonts w:ascii="Chulabhorn Likit Text Light" w:hAnsi="Chulabhorn Likit Text Light" w:cs="Chulabhorn Likit Text Light"/>
          <w:sz w:val="19"/>
        </w:rPr>
        <w:t>หัวหน้าหอผู้ป่วยที่สังกัด</w:t>
      </w:r>
      <w:proofErr w:type="spellEnd"/>
      <w:r w:rsidRPr="00865CAF">
        <w:rPr>
          <w:rFonts w:ascii="Chulabhorn Likit Text Light" w:hAnsi="Chulabhorn Likit Text Light" w:cs="Chulabhorn Likit Text Light"/>
          <w:sz w:val="19"/>
        </w:rPr>
        <w:t xml:space="preserve"> </w:t>
      </w:r>
      <w:proofErr w:type="spellStart"/>
      <w:r w:rsidRPr="00865CAF">
        <w:rPr>
          <w:rFonts w:ascii="Chulabhorn Likit Text Light" w:hAnsi="Chulabhorn Likit Text Light" w:cs="Chulabhorn Likit Text Light"/>
          <w:sz w:val="19"/>
        </w:rPr>
        <w:t>หัวหน้ากลุ่มงานการพยาบาล</w:t>
      </w:r>
      <w:proofErr w:type="spellEnd"/>
      <w:r w:rsidR="00845DD1">
        <w:rPr>
          <w:rFonts w:ascii="Chulabhorn Likit Text Light" w:hAnsi="Chulabhorn Likit Text Light" w:cs="Chulabhorn Likit Text Light"/>
        </w:rPr>
        <w:t xml:space="preserve"> </w:t>
      </w:r>
      <w:proofErr w:type="spellStart"/>
      <w:r w:rsidRPr="00865CAF">
        <w:rPr>
          <w:rFonts w:ascii="Chulabhorn Likit Text Light" w:hAnsi="Chulabhorn Likit Text Light" w:cs="Chulabhorn Likit Text Light"/>
          <w:sz w:val="19"/>
        </w:rPr>
        <w:t>หรือ</w:t>
      </w:r>
      <w:proofErr w:type="spellEnd"/>
      <w:r w:rsidRPr="00865CAF">
        <w:rPr>
          <w:rFonts w:ascii="Chulabhorn Likit Text Light" w:hAnsi="Chulabhorn Likit Text Light" w:cs="Chulabhorn Likit Text Light"/>
          <w:sz w:val="19"/>
        </w:rPr>
        <w:t xml:space="preserve"> </w:t>
      </w:r>
      <w:proofErr w:type="spellStart"/>
      <w:r w:rsidRPr="00865CAF">
        <w:rPr>
          <w:rFonts w:ascii="Chulabhorn Likit Text Light" w:hAnsi="Chulabhorn Likit Text Light" w:cs="Chulabhorn Likit Text Light"/>
          <w:sz w:val="19"/>
        </w:rPr>
        <w:t>ผู้อำนวยการโรงพยาบาล</w:t>
      </w:r>
      <w:proofErr w:type="spellEnd"/>
    </w:p>
    <w:p w14:paraId="23C40D8A" w14:textId="77777777" w:rsidR="00A6453B" w:rsidRPr="00865CAF" w:rsidRDefault="00F26EE3">
      <w:pPr>
        <w:rPr>
          <w:rFonts w:ascii="Chulabhorn Likit Text Light" w:hAnsi="Chulabhorn Likit Text Light" w:cs="Chulabhorn Likit Text Light"/>
        </w:rPr>
      </w:pPr>
      <w:r w:rsidRPr="00865CAF">
        <w:rPr>
          <w:rFonts w:ascii="Chulabhorn Likit Text Light" w:hAnsi="Chulabhorn Likit Text Light" w:cs="Chulabhorn Likit Text Light"/>
        </w:rPr>
        <w:br w:type="page"/>
      </w:r>
    </w:p>
    <w:p w14:paraId="33481F68" w14:textId="77777777" w:rsidR="00A6453B" w:rsidRPr="00865CAF" w:rsidRDefault="00F26EE3">
      <w:pPr>
        <w:keepNext/>
        <w:spacing w:after="200"/>
        <w:jc w:val="center"/>
        <w:rPr>
          <w:rFonts w:ascii="Chulabhorn Likit Text Light" w:hAnsi="Chulabhorn Likit Text Light" w:cs="Chulabhorn Likit Text Light"/>
        </w:rPr>
      </w:pPr>
      <w:r w:rsidRPr="00865CAF">
        <w:rPr>
          <w:rFonts w:ascii="Chulabhorn Likit Text Light" w:hAnsi="Chulabhorn Likit Text Light" w:cs="Chulabhorn Likit Text Light"/>
          <w:b/>
          <w:sz w:val="26"/>
        </w:rPr>
        <w:lastRenderedPageBreak/>
        <w:t>หนังสืออนุมัติให้ลาอบรมตลอดหลักสูตรจากผู้บังคับบัญชา</w:t>
      </w:r>
    </w:p>
    <w:p w14:paraId="70E99C10" w14:textId="2357228A" w:rsidR="00A6453B" w:rsidRPr="00865CAF" w:rsidRDefault="00F26EE3">
      <w:pPr>
        <w:ind w:firstLine="822"/>
        <w:rPr>
          <w:rFonts w:ascii="Chulabhorn Likit Text Light" w:hAnsi="Chulabhorn Likit Text Light" w:cs="Chulabhorn Likit Text Light"/>
        </w:rPr>
      </w:pPr>
      <w:r w:rsidRPr="00865CAF">
        <w:rPr>
          <w:rFonts w:ascii="Chulabhorn Likit Text Light" w:hAnsi="Chulabhorn Likit Text Light" w:cs="Chulabhorn Likit Text Light"/>
        </w:rPr>
        <w:t>ข้าพเจ้า.............................................</w:t>
      </w:r>
      <w:r w:rsidR="005F12FA">
        <w:rPr>
          <w:rFonts w:ascii="Chulabhorn Likit Text Light" w:hAnsi="Chulabhorn Likit Text Light" w:cs="Chulabhorn Likit Text Light"/>
          <w:lang w:bidi="th-TH"/>
        </w:rPr>
        <w:t>............................................</w:t>
      </w:r>
      <w:r w:rsidRPr="00865CAF">
        <w:rPr>
          <w:rFonts w:ascii="Chulabhorn Likit Text Light" w:hAnsi="Chulabhorn Likit Text Light" w:cs="Chulabhorn Likit Text Light"/>
        </w:rPr>
        <w:t>....................ตำแหน่ง...............</w:t>
      </w:r>
      <w:r w:rsidR="005F12FA">
        <w:rPr>
          <w:rFonts w:ascii="Chulabhorn Likit Text Light" w:hAnsi="Chulabhorn Likit Text Light" w:cs="Chulabhorn Likit Text Light"/>
        </w:rPr>
        <w:t>.............................</w:t>
      </w:r>
      <w:r w:rsidRPr="00865CAF">
        <w:rPr>
          <w:rFonts w:ascii="Chulabhorn Likit Text Light" w:hAnsi="Chulabhorn Likit Text Light" w:cs="Chulabhorn Likit Text Light"/>
        </w:rPr>
        <w:t>....................................</w:t>
      </w:r>
    </w:p>
    <w:p w14:paraId="4D15165C" w14:textId="5BD887E1" w:rsidR="00A6453B" w:rsidRPr="00865CAF" w:rsidRDefault="00F26EE3" w:rsidP="005F12FA">
      <w:pPr>
        <w:spacing w:before="200"/>
        <w:rPr>
          <w:rFonts w:ascii="Chulabhorn Likit Text Light" w:hAnsi="Chulabhorn Likit Text Light" w:cs="Chulabhorn Likit Text Light"/>
        </w:rPr>
      </w:pPr>
      <w:r w:rsidRPr="00865CAF">
        <w:rPr>
          <w:rFonts w:ascii="Chulabhorn Likit Text Light" w:hAnsi="Chulabhorn Likit Text Light" w:cs="Chulabhorn Likit Text Light"/>
        </w:rPr>
        <w:t>หน่วยงาน.............................................</w:t>
      </w:r>
      <w:r w:rsidR="005F12FA">
        <w:rPr>
          <w:rFonts w:ascii="Chulabhorn Likit Text Light" w:hAnsi="Chulabhorn Likit Text Light" w:cs="Chulabhorn Likit Text Light"/>
        </w:rPr>
        <w:t>............................................................................</w:t>
      </w:r>
      <w:r w:rsidRPr="00865CAF">
        <w:rPr>
          <w:rFonts w:ascii="Chulabhorn Likit Text Light" w:hAnsi="Chulabhorn Likit Text Light" w:cs="Chulabhorn Likit Text Light"/>
        </w:rPr>
        <w:t>......................................................................................................</w:t>
      </w:r>
    </w:p>
    <w:p w14:paraId="3D07ADB3" w14:textId="0FA3D62B" w:rsidR="00A6453B" w:rsidRPr="00865CAF" w:rsidRDefault="00F26EE3" w:rsidP="005F12FA">
      <w:pPr>
        <w:spacing w:before="200"/>
        <w:rPr>
          <w:rFonts w:ascii="Chulabhorn Likit Text Light" w:hAnsi="Chulabhorn Likit Text Light" w:cs="Chulabhorn Likit Text Light"/>
        </w:rPr>
      </w:pPr>
      <w:r w:rsidRPr="00865CAF">
        <w:rPr>
          <w:rFonts w:ascii="Chulabhorn Likit Text Light" w:hAnsi="Chulabhorn Likit Text Light" w:cs="Chulabhorn Likit Text Light"/>
        </w:rPr>
        <w:t>ผู้บังคับบัญชาของ นาง/นางสาว/นาย...................................</w:t>
      </w:r>
      <w:r w:rsidR="005F12FA">
        <w:rPr>
          <w:rFonts w:ascii="Chulabhorn Likit Text Light" w:hAnsi="Chulabhorn Likit Text Light" w:cs="Chulabhorn Likit Text Light"/>
        </w:rPr>
        <w:t>..............................................................</w:t>
      </w:r>
      <w:r w:rsidRPr="00865CAF">
        <w:rPr>
          <w:rFonts w:ascii="Chulabhorn Likit Text Light" w:hAnsi="Chulabhorn Likit Text Light" w:cs="Chulabhorn Likit Text Light"/>
        </w:rPr>
        <w:t>........................................................................</w:t>
      </w:r>
    </w:p>
    <w:p w14:paraId="6A9F838B" w14:textId="3F7C0E37" w:rsidR="00A6453B" w:rsidRPr="00865CAF" w:rsidRDefault="00F26EE3" w:rsidP="008A1D2E">
      <w:pPr>
        <w:spacing w:before="200"/>
        <w:jc w:val="thaiDistribute"/>
        <w:rPr>
          <w:rFonts w:ascii="Chulabhorn Likit Text Light" w:hAnsi="Chulabhorn Likit Text Light" w:cs="Chulabhorn Likit Text Light"/>
        </w:rPr>
      </w:pPr>
      <w:proofErr w:type="spellStart"/>
      <w:r w:rsidRPr="00865CAF">
        <w:rPr>
          <w:rFonts w:ascii="Chulabhorn Likit Text Light" w:hAnsi="Chulabhorn Likit Text Light" w:cs="Chulabhorn Likit Text Light"/>
        </w:rPr>
        <w:t>ผู้สมัครเข้ารับการอบรม</w:t>
      </w:r>
      <w:proofErr w:type="spellEnd"/>
      <w:r w:rsidRPr="00865CAF">
        <w:rPr>
          <w:rFonts w:ascii="Chulabhorn Likit Text Light" w:hAnsi="Chulabhorn Likit Text Light" w:cs="Chulabhorn Likit Text Light"/>
        </w:rPr>
        <w:t xml:space="preserve"> </w:t>
      </w:r>
      <w:proofErr w:type="spellStart"/>
      <w:r w:rsidRPr="00865CAF">
        <w:rPr>
          <w:rFonts w:ascii="Chulabhorn Likit Text Light" w:hAnsi="Chulabhorn Likit Text Light" w:cs="Chulabhorn Likit Text Light"/>
        </w:rPr>
        <w:t>หลักสูตรฝึกอบรมหลักสูตรการพยาบาลเฉพาะทาง</w:t>
      </w:r>
      <w:proofErr w:type="spellEnd"/>
      <w:r w:rsidRPr="00865CAF">
        <w:rPr>
          <w:rFonts w:ascii="Chulabhorn Likit Text Light" w:hAnsi="Chulabhorn Likit Text Light" w:cs="Chulabhorn Likit Text Light"/>
        </w:rPr>
        <w:t xml:space="preserve"> </w:t>
      </w:r>
      <w:r w:rsidR="001A0AA2" w:rsidRPr="00EC64F7">
        <w:rPr>
          <w:rFonts w:ascii="Chulabhorn Likit Text Light" w:hAnsi="Chulabhorn Likit Text Light" w:cs="Chulabhorn Likit Text Light"/>
          <w:cs/>
          <w:lang w:bidi="th-TH"/>
        </w:rPr>
        <w:t xml:space="preserve">สาขาการพยาบาลเวชปฏิบัติทั่วไป </w:t>
      </w:r>
      <w:r w:rsidR="001A0AA2">
        <w:rPr>
          <w:rFonts w:ascii="Chulabhorn Likit Text Light" w:hAnsi="Chulabhorn Likit Text Light" w:cs="Chulabhorn Likit Text Light"/>
          <w:lang w:bidi="th-TH"/>
        </w:rPr>
        <w:br/>
      </w:r>
      <w:r w:rsidR="001A0AA2" w:rsidRPr="00EC64F7">
        <w:rPr>
          <w:rFonts w:ascii="Chulabhorn Likit Text Light" w:hAnsi="Chulabhorn Likit Text Light" w:cs="Chulabhorn Likit Text Light"/>
          <w:cs/>
          <w:lang w:bidi="th-TH"/>
        </w:rPr>
        <w:t>(การรักษาโรคเบื้องต้น</w:t>
      </w:r>
      <w:r w:rsidR="001A0AA2" w:rsidRPr="00EC64F7">
        <w:rPr>
          <w:rFonts w:ascii="Chulabhorn Likit Text Light" w:hAnsi="Chulabhorn Likit Text Light" w:cs="Chulabhorn Likit Text Light"/>
        </w:rPr>
        <w:t>)</w:t>
      </w:r>
    </w:p>
    <w:p w14:paraId="08B2D681" w14:textId="348076A5" w:rsidR="00A6453B" w:rsidRPr="00865CAF" w:rsidRDefault="00F26EE3" w:rsidP="0087042D">
      <w:pPr>
        <w:spacing w:before="200"/>
        <w:ind w:firstLine="822"/>
        <w:jc w:val="thaiDistribute"/>
        <w:rPr>
          <w:rFonts w:ascii="Chulabhorn Likit Text Light" w:hAnsi="Chulabhorn Likit Text Light" w:cs="Chulabhorn Likit Text Light"/>
        </w:rPr>
      </w:pPr>
      <w:proofErr w:type="spellStart"/>
      <w:r w:rsidRPr="00865CAF">
        <w:rPr>
          <w:rFonts w:ascii="Chulabhorn Likit Text Light" w:hAnsi="Chulabhorn Likit Text Light" w:cs="Chulabhorn Likit Text Light"/>
        </w:rPr>
        <w:t>ข้าพเจ้าขอรับรองต่อ</w:t>
      </w:r>
      <w:proofErr w:type="spellEnd"/>
      <w:r w:rsidRPr="00865CAF">
        <w:rPr>
          <w:rFonts w:ascii="Chulabhorn Likit Text Light" w:hAnsi="Chulabhorn Likit Text Light" w:cs="Chulabhorn Likit Text Light"/>
        </w:rPr>
        <w:t xml:space="preserve"> </w:t>
      </w:r>
      <w:proofErr w:type="spellStart"/>
      <w:r w:rsidRPr="00865CAF">
        <w:rPr>
          <w:rFonts w:ascii="Chulabhorn Likit Text Light" w:hAnsi="Chulabhorn Likit Text Light" w:cs="Chulabhorn Likit Text Light"/>
        </w:rPr>
        <w:t>คณะพยาบาลศาสตร์อัครราชกุมารี</w:t>
      </w:r>
      <w:proofErr w:type="spellEnd"/>
      <w:r w:rsidRPr="00865CAF">
        <w:rPr>
          <w:rFonts w:ascii="Chulabhorn Likit Text Light" w:hAnsi="Chulabhorn Likit Text Light" w:cs="Chulabhorn Likit Text Light"/>
        </w:rPr>
        <w:t xml:space="preserve"> </w:t>
      </w:r>
      <w:proofErr w:type="spellStart"/>
      <w:r w:rsidRPr="00865CAF">
        <w:rPr>
          <w:rFonts w:ascii="Chulabhorn Likit Text Light" w:hAnsi="Chulabhorn Likit Text Light" w:cs="Chulabhorn Likit Text Light"/>
        </w:rPr>
        <w:t>ราชวิทยาลัยจุฬาภรณ์</w:t>
      </w:r>
      <w:proofErr w:type="spellEnd"/>
      <w:r w:rsidRPr="00865CAF">
        <w:rPr>
          <w:rFonts w:ascii="Chulabhorn Likit Text Light" w:hAnsi="Chulabhorn Likit Text Light" w:cs="Chulabhorn Likit Text Light"/>
        </w:rPr>
        <w:t xml:space="preserve"> </w:t>
      </w:r>
      <w:proofErr w:type="spellStart"/>
      <w:r w:rsidRPr="00865CAF">
        <w:rPr>
          <w:rFonts w:ascii="Chulabhorn Likit Text Light" w:hAnsi="Chulabhorn Likit Text Light" w:cs="Chulabhorn Likit Text Light"/>
        </w:rPr>
        <w:t>ที่จัดฝึกอบรม</w:t>
      </w:r>
      <w:proofErr w:type="spellEnd"/>
      <w:r w:rsidR="00EC64F7">
        <w:rPr>
          <w:rFonts w:ascii="Chulabhorn Likit Text Light" w:hAnsi="Chulabhorn Likit Text Light" w:cs="Chulabhorn Likit Text Light"/>
        </w:rPr>
        <w:t xml:space="preserve"> </w:t>
      </w:r>
      <w:proofErr w:type="spellStart"/>
      <w:r w:rsidRPr="00865CAF">
        <w:rPr>
          <w:rFonts w:ascii="Chulabhorn Likit Text Light" w:hAnsi="Chulabhorn Likit Text Light" w:cs="Chulabhorn Likit Text Light"/>
        </w:rPr>
        <w:t>หลักสูตรการพยาบาลเฉพาะทาง</w:t>
      </w:r>
      <w:proofErr w:type="spellEnd"/>
      <w:r w:rsidRPr="00865CAF">
        <w:rPr>
          <w:rFonts w:ascii="Chulabhorn Likit Text Light" w:hAnsi="Chulabhorn Likit Text Light" w:cs="Chulabhorn Likit Text Light"/>
        </w:rPr>
        <w:t xml:space="preserve"> </w:t>
      </w:r>
      <w:r w:rsidR="00EC64F7" w:rsidRPr="00EC64F7">
        <w:rPr>
          <w:rFonts w:ascii="Chulabhorn Likit Text Light" w:hAnsi="Chulabhorn Likit Text Light" w:cs="Chulabhorn Likit Text Light"/>
          <w:cs/>
          <w:lang w:bidi="th-TH"/>
        </w:rPr>
        <w:t>สาขาการพยาบาลเวชปฏิบัติทั่วไป (การรักษาโรคเบื้องต้น</w:t>
      </w:r>
      <w:r w:rsidR="00EC64F7" w:rsidRPr="00EC64F7">
        <w:rPr>
          <w:rFonts w:ascii="Chulabhorn Likit Text Light" w:hAnsi="Chulabhorn Likit Text Light" w:cs="Chulabhorn Likit Text Light"/>
        </w:rPr>
        <w:t>)</w:t>
      </w:r>
      <w:r w:rsidR="00EC64F7">
        <w:rPr>
          <w:rFonts w:ascii="Chulabhorn Likit Text Light" w:hAnsi="Chulabhorn Likit Text Light" w:cs="Chulabhorn Likit Text Light"/>
        </w:rPr>
        <w:t xml:space="preserve"> </w:t>
      </w:r>
      <w:proofErr w:type="spellStart"/>
      <w:r w:rsidRPr="00865CAF">
        <w:rPr>
          <w:rFonts w:ascii="Chulabhorn Likit Text Light" w:hAnsi="Chulabhorn Likit Text Light" w:cs="Chulabhorn Likit Text Light"/>
        </w:rPr>
        <w:t>หน่วยงานต้นสังกัดยินยอม</w:t>
      </w:r>
      <w:proofErr w:type="spellEnd"/>
      <w:r w:rsidRPr="00865CAF">
        <w:rPr>
          <w:rFonts w:ascii="Chulabhorn Likit Text Light" w:hAnsi="Chulabhorn Likit Text Light" w:cs="Chulabhorn Likit Text Light"/>
        </w:rPr>
        <w:t xml:space="preserve"> </w:t>
      </w:r>
      <w:proofErr w:type="spellStart"/>
      <w:r w:rsidRPr="00865CAF">
        <w:rPr>
          <w:rFonts w:ascii="Chulabhorn Likit Text Light" w:hAnsi="Chulabhorn Likit Text Light" w:cs="Chulabhorn Likit Text Light"/>
        </w:rPr>
        <w:t>และสนับสนุนให้</w:t>
      </w:r>
      <w:proofErr w:type="spellEnd"/>
      <w:r w:rsidR="0087042D">
        <w:rPr>
          <w:rFonts w:ascii="Chulabhorn Likit Text Light" w:hAnsi="Chulabhorn Likit Text Light" w:cs="Chulabhorn Likit Text Light"/>
        </w:rPr>
        <w:t xml:space="preserve"> </w:t>
      </w:r>
      <w:r w:rsidRPr="00865CAF">
        <w:rPr>
          <w:rFonts w:ascii="Chulabhorn Likit Text Light" w:hAnsi="Chulabhorn Likit Text Light" w:cs="Chulabhorn Likit Text Light"/>
        </w:rPr>
        <w:t xml:space="preserve">นาง/นางสาว/นาย...............................................................................เข้ารับการฝึกอบรมในหลักสูตรฯ </w:t>
      </w:r>
      <w:r w:rsidR="0087042D">
        <w:rPr>
          <w:rFonts w:ascii="Chulabhorn Likit Text Light" w:hAnsi="Chulabhorn Likit Text Light" w:cs="Chulabhorn Likit Text Light"/>
        </w:rPr>
        <w:br/>
      </w:r>
      <w:proofErr w:type="spellStart"/>
      <w:r w:rsidRPr="00865CAF">
        <w:rPr>
          <w:rFonts w:ascii="Chulabhorn Likit Text Light" w:hAnsi="Chulabhorn Likit Text Light" w:cs="Chulabhorn Likit Text Light"/>
        </w:rPr>
        <w:t>กับ</w:t>
      </w:r>
      <w:proofErr w:type="spellEnd"/>
      <w:r w:rsidRPr="00865CAF">
        <w:rPr>
          <w:rFonts w:ascii="Chulabhorn Likit Text Light" w:hAnsi="Chulabhorn Likit Text Light" w:cs="Chulabhorn Likit Text Light"/>
        </w:rPr>
        <w:t xml:space="preserve"> </w:t>
      </w:r>
      <w:proofErr w:type="spellStart"/>
      <w:r w:rsidRPr="00865CAF">
        <w:rPr>
          <w:rFonts w:ascii="Chulabhorn Likit Text Light" w:hAnsi="Chulabhorn Likit Text Light" w:cs="Chulabhorn Likit Text Light"/>
        </w:rPr>
        <w:t>คณะพยาบาล</w:t>
      </w:r>
      <w:proofErr w:type="spellEnd"/>
      <w:r w:rsidR="0087042D">
        <w:rPr>
          <w:rFonts w:ascii="Chulabhorn Likit Text Light" w:hAnsi="Chulabhorn Likit Text Light" w:cs="Chulabhorn Likit Text Light" w:hint="cs"/>
          <w:cs/>
          <w:lang w:bidi="th-TH"/>
        </w:rPr>
        <w:t>ศาสตร์อัครราชกุมารี</w:t>
      </w:r>
      <w:r w:rsidRPr="00865CAF">
        <w:rPr>
          <w:rFonts w:ascii="Chulabhorn Likit Text Light" w:hAnsi="Chulabhorn Likit Text Light" w:cs="Chulabhorn Likit Text Light"/>
        </w:rPr>
        <w:t xml:space="preserve"> </w:t>
      </w:r>
      <w:proofErr w:type="spellStart"/>
      <w:r w:rsidRPr="00865CAF">
        <w:rPr>
          <w:rFonts w:ascii="Chulabhorn Likit Text Light" w:hAnsi="Chulabhorn Likit Text Light" w:cs="Chulabhorn Likit Text Light"/>
        </w:rPr>
        <w:t>ราชวิทยาลัยจุฬาภรณ์</w:t>
      </w:r>
      <w:proofErr w:type="spellEnd"/>
      <w:r w:rsidRPr="00865CAF">
        <w:rPr>
          <w:rFonts w:ascii="Chulabhorn Likit Text Light" w:hAnsi="Chulabhorn Likit Text Light" w:cs="Chulabhorn Likit Text Light"/>
        </w:rPr>
        <w:t xml:space="preserve"> โดยไม่ถือเป็นการลา หรือขาดการปฏิบัติงาน</w:t>
      </w:r>
    </w:p>
    <w:p w14:paraId="4FDBD16E" w14:textId="77777777" w:rsidR="00A6453B" w:rsidRPr="00865CAF" w:rsidRDefault="00A6453B">
      <w:pPr>
        <w:spacing w:after="120"/>
        <w:rPr>
          <w:rFonts w:ascii="Chulabhorn Likit Text Light" w:hAnsi="Chulabhorn Likit Text Light" w:cs="Chulabhorn Likit Text Light"/>
        </w:rPr>
      </w:pPr>
    </w:p>
    <w:p w14:paraId="3EFE3623" w14:textId="77777777" w:rsidR="00A6453B" w:rsidRPr="00865CAF" w:rsidRDefault="00F26EE3" w:rsidP="0087042D">
      <w:pPr>
        <w:spacing w:before="120"/>
        <w:ind w:left="5102"/>
        <w:rPr>
          <w:rFonts w:ascii="Chulabhorn Likit Text Light" w:hAnsi="Chulabhorn Likit Text Light" w:cs="Chulabhorn Likit Text Light"/>
        </w:rPr>
      </w:pPr>
      <w:r w:rsidRPr="00865CAF">
        <w:rPr>
          <w:rFonts w:ascii="Chulabhorn Likit Text Light" w:hAnsi="Chulabhorn Likit Text Light" w:cs="Chulabhorn Likit Text Light"/>
        </w:rPr>
        <w:t>ลงนาม.................................................................</w:t>
      </w:r>
    </w:p>
    <w:p w14:paraId="396FBA00" w14:textId="77777777" w:rsidR="00A6453B" w:rsidRPr="00865CAF" w:rsidRDefault="00F26EE3" w:rsidP="0087042D">
      <w:pPr>
        <w:spacing w:before="120"/>
        <w:ind w:left="5357"/>
        <w:rPr>
          <w:rFonts w:ascii="Chulabhorn Likit Text Light" w:hAnsi="Chulabhorn Likit Text Light" w:cs="Chulabhorn Likit Text Light"/>
        </w:rPr>
      </w:pPr>
      <w:r w:rsidRPr="00865CAF">
        <w:rPr>
          <w:rFonts w:ascii="Chulabhorn Likit Text Light" w:hAnsi="Chulabhorn Likit Text Light" w:cs="Chulabhorn Likit Text Light"/>
        </w:rPr>
        <w:t>(.....................................................................)</w:t>
      </w:r>
    </w:p>
    <w:p w14:paraId="0E3F7150" w14:textId="77777777" w:rsidR="00A6453B" w:rsidRPr="00865CAF" w:rsidRDefault="00F26EE3" w:rsidP="0087042D">
      <w:pPr>
        <w:spacing w:before="120"/>
        <w:ind w:left="5102"/>
        <w:rPr>
          <w:rFonts w:ascii="Chulabhorn Likit Text Light" w:hAnsi="Chulabhorn Likit Text Light" w:cs="Chulabhorn Likit Text Light"/>
        </w:rPr>
      </w:pPr>
      <w:r w:rsidRPr="00865CAF">
        <w:rPr>
          <w:rFonts w:ascii="Chulabhorn Likit Text Light" w:hAnsi="Chulabhorn Likit Text Light" w:cs="Chulabhorn Likit Text Light"/>
        </w:rPr>
        <w:t>ตำแหน่ง..............................................................</w:t>
      </w:r>
    </w:p>
    <w:p w14:paraId="4449852E" w14:textId="3487CB9F" w:rsidR="000F1A0C" w:rsidRDefault="00F26EE3" w:rsidP="000F1A0C">
      <w:pPr>
        <w:spacing w:before="120"/>
        <w:ind w:left="5102"/>
        <w:rPr>
          <w:rFonts w:ascii="Chulabhorn Likit Text Light" w:hAnsi="Chulabhorn Likit Text Light" w:cs="Chulabhorn Likit Text Light"/>
          <w:lang w:bidi="th-TH"/>
        </w:rPr>
      </w:pPr>
      <w:r w:rsidRPr="00865CAF">
        <w:rPr>
          <w:rFonts w:ascii="Chulabhorn Likit Text Light" w:hAnsi="Chulabhorn Likit Text Light" w:cs="Chulabhorn Likit Text Light"/>
        </w:rPr>
        <w:t>วันที่...........เดือน.............................พ.ศ. ............</w:t>
      </w:r>
    </w:p>
    <w:p w14:paraId="5DB080F8" w14:textId="497A3B9F" w:rsidR="000F1A0C" w:rsidRDefault="000F1A0C" w:rsidP="000F1A0C">
      <w:pPr>
        <w:spacing w:before="120"/>
        <w:ind w:left="5102"/>
        <w:rPr>
          <w:rFonts w:ascii="Chulabhorn Likit Text Light" w:hAnsi="Chulabhorn Likit Text Light" w:cs="Chulabhorn Likit Text Light"/>
          <w:lang w:bidi="th-TH"/>
        </w:rPr>
      </w:pPr>
    </w:p>
    <w:p w14:paraId="5DABE61B" w14:textId="77777777" w:rsidR="000F1A0C" w:rsidRPr="00865CAF" w:rsidRDefault="000F1A0C" w:rsidP="000F1A0C">
      <w:pPr>
        <w:spacing w:before="120"/>
        <w:ind w:left="5102"/>
        <w:rPr>
          <w:rFonts w:ascii="Chulabhorn Likit Text Light" w:hAnsi="Chulabhorn Likit Text Light" w:cs="Chulabhorn Likit Text Light"/>
          <w:lang w:bidi="th-TH"/>
        </w:rPr>
      </w:pPr>
    </w:p>
    <w:p w14:paraId="10A22D9B" w14:textId="77777777" w:rsidR="00A6453B" w:rsidRPr="00865CAF" w:rsidRDefault="00F26EE3">
      <w:pPr>
        <w:rPr>
          <w:rFonts w:ascii="Chulabhorn Likit Text Light" w:hAnsi="Chulabhorn Likit Text Light" w:cs="Chulabhorn Likit Text Light"/>
        </w:rPr>
      </w:pPr>
      <w:proofErr w:type="spellStart"/>
      <w:r w:rsidRPr="00865CAF">
        <w:rPr>
          <w:rFonts w:ascii="Chulabhorn Likit Text Light" w:hAnsi="Chulabhorn Likit Text Light" w:cs="Chulabhorn Likit Text Light"/>
          <w:b/>
          <w:sz w:val="19"/>
        </w:rPr>
        <w:t>หมายเหตุ</w:t>
      </w:r>
      <w:proofErr w:type="spellEnd"/>
    </w:p>
    <w:p w14:paraId="38BC443D" w14:textId="77777777" w:rsidR="00A6453B" w:rsidRPr="00865CAF" w:rsidRDefault="00F26EE3" w:rsidP="000F1A0C">
      <w:pPr>
        <w:ind w:left="312" w:hanging="312"/>
        <w:jc w:val="thaiDistribute"/>
        <w:rPr>
          <w:rFonts w:ascii="Chulabhorn Likit Text Light" w:hAnsi="Chulabhorn Likit Text Light" w:cs="Chulabhorn Likit Text Light"/>
        </w:rPr>
      </w:pPr>
      <w:r w:rsidRPr="00865CAF">
        <w:rPr>
          <w:rFonts w:ascii="Chulabhorn Likit Text Light" w:hAnsi="Chulabhorn Likit Text Light" w:cs="Chulabhorn Likit Text Light"/>
          <w:sz w:val="19"/>
        </w:rPr>
        <w:t>1.    ผู้ลงนามคือ ผู้บังคับบัญชาขั้นต้น (หัวหน้าหน่วยงาน) ที่มีสิทธิ์อนุมัติให้มาเข้าอบรมได้ตลอดหลักสูตร อาทิ เช่น</w:t>
      </w:r>
      <w:r w:rsidRPr="00865CAF">
        <w:rPr>
          <w:rFonts w:ascii="Chulabhorn Likit Text Light" w:hAnsi="Chulabhorn Likit Text Light" w:cs="Chulabhorn Likit Text Light"/>
          <w:sz w:val="19"/>
        </w:rPr>
        <w:br/>
        <w:t>หัวหน้าหอผู้ป่วยที่สังกัด หัวหน้ากลุ่มงานการพยาบาล หรือ ผู้อำนวยการโรงพยาบาล</w:t>
      </w:r>
    </w:p>
    <w:p w14:paraId="2992A317" w14:textId="77777777" w:rsidR="00A6453B" w:rsidRPr="00865CAF" w:rsidRDefault="00F26EE3" w:rsidP="000F1A0C">
      <w:pPr>
        <w:ind w:left="312" w:hanging="312"/>
        <w:jc w:val="thaiDistribute"/>
        <w:rPr>
          <w:rFonts w:ascii="Chulabhorn Likit Text Light" w:hAnsi="Chulabhorn Likit Text Light" w:cs="Chulabhorn Likit Text Light"/>
        </w:rPr>
      </w:pPr>
      <w:r w:rsidRPr="00865CAF">
        <w:rPr>
          <w:rFonts w:ascii="Chulabhorn Likit Text Light" w:hAnsi="Chulabhorn Likit Text Light" w:cs="Chulabhorn Likit Text Light"/>
          <w:sz w:val="19"/>
        </w:rPr>
        <w:t>2.    หากผู้สมัครเข้ารับการฝึกอบรมไม่สามารถเข้ารับการฝึกอบรมได้ครบตามที่หลักสูตรกำหนด โดยไม่แจ้งเหตุจำเป็น</w:t>
      </w:r>
      <w:r w:rsidRPr="00865CAF">
        <w:rPr>
          <w:rFonts w:ascii="Chulabhorn Likit Text Light" w:hAnsi="Chulabhorn Likit Text Light" w:cs="Chulabhorn Likit Text Light"/>
          <w:sz w:val="19"/>
        </w:rPr>
        <w:br/>
        <w:t>สุดวิสัยอย่างเป็นทางการต่อผู้จัดอบรม ขอสงวนสิทธิ์ในการพิจารณาเข้ารับการฝึกอบรมครั้งต่อไป และจะมีหนังสือ</w:t>
      </w:r>
      <w:r w:rsidRPr="00865CAF">
        <w:rPr>
          <w:rFonts w:ascii="Chulabhorn Likit Text Light" w:hAnsi="Chulabhorn Likit Text Light" w:cs="Chulabhorn Likit Text Light"/>
          <w:sz w:val="19"/>
        </w:rPr>
        <w:br/>
        <w:t>แจ้งรายงานต่อผู้มีอำนาจอนุมัติต่อไป</w:t>
      </w:r>
    </w:p>
    <w:sectPr w:rsidR="00A6453B" w:rsidRPr="00865CAF" w:rsidSect="00845DD1">
      <w:pgSz w:w="11906" w:h="16838"/>
      <w:pgMar w:top="1418" w:right="1134" w:bottom="765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oma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hulabhorn Likit Text Light">
    <w:panose1 w:val="00000400000000000000"/>
    <w:charset w:val="00"/>
    <w:family w:val="modern"/>
    <w:notTrueType/>
    <w:pitch w:val="variable"/>
    <w:sig w:usb0="01000003" w:usb1="1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1252898">
    <w:abstractNumId w:val="8"/>
  </w:num>
  <w:num w:numId="2" w16cid:durableId="189993773">
    <w:abstractNumId w:val="6"/>
  </w:num>
  <w:num w:numId="3" w16cid:durableId="1197158133">
    <w:abstractNumId w:val="5"/>
  </w:num>
  <w:num w:numId="4" w16cid:durableId="68043347">
    <w:abstractNumId w:val="4"/>
  </w:num>
  <w:num w:numId="5" w16cid:durableId="618416266">
    <w:abstractNumId w:val="7"/>
  </w:num>
  <w:num w:numId="6" w16cid:durableId="1873572726">
    <w:abstractNumId w:val="3"/>
  </w:num>
  <w:num w:numId="7" w16cid:durableId="98642145">
    <w:abstractNumId w:val="2"/>
  </w:num>
  <w:num w:numId="8" w16cid:durableId="1801151155">
    <w:abstractNumId w:val="1"/>
  </w:num>
  <w:num w:numId="9" w16cid:durableId="798303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5F85"/>
    <w:rsid w:val="000F1A0C"/>
    <w:rsid w:val="0015074B"/>
    <w:rsid w:val="001A0AA2"/>
    <w:rsid w:val="001E2F9F"/>
    <w:rsid w:val="0029639D"/>
    <w:rsid w:val="00326F90"/>
    <w:rsid w:val="00347359"/>
    <w:rsid w:val="003A5097"/>
    <w:rsid w:val="005F12FA"/>
    <w:rsid w:val="00761733"/>
    <w:rsid w:val="00845DD1"/>
    <w:rsid w:val="00865CAF"/>
    <w:rsid w:val="0087042D"/>
    <w:rsid w:val="008A1D2E"/>
    <w:rsid w:val="008F39FE"/>
    <w:rsid w:val="00A6453B"/>
    <w:rsid w:val="00AA1D8D"/>
    <w:rsid w:val="00B47730"/>
    <w:rsid w:val="00C33C51"/>
    <w:rsid w:val="00CB0664"/>
    <w:rsid w:val="00CE5FD2"/>
    <w:rsid w:val="00EC64F7"/>
    <w:rsid w:val="00F26EE3"/>
    <w:rsid w:val="00F50DF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9BA9E0BF-9C83-4314-8C19-60E4FF367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Loma" w:eastAsia="Loma" w:hAnsi="Loma" w:cs="Lom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หนังสือรับรองการปฏิบัติงานและหนังสืออนุมัติให้ลาอบรม</vt:lpstr>
    </vt:vector>
  </TitlesOfParts>
  <Manager/>
  <Company/>
  <LinksUpToDate>false</LinksUpToDate>
  <CharactersWithSpaces>4167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หนังสือรับรองการปฏิบัติงานและหนังสืออนุมัติให้ลาอบรม</dc:title>
  <dc:subject/>
  <dc:creator>คณะพยาบาลศาสตร์อัครราชกุมารี</dc:creator>
  <cp:keywords/>
  <dc:description>generated by python-docx</dc:description>
  <cp:lastModifiedBy>Napapon Deesungnone</cp:lastModifiedBy>
  <cp:revision>4</cp:revision>
  <dcterms:created xsi:type="dcterms:W3CDTF">2026-07-13T05:27:00Z</dcterms:created>
  <dcterms:modified xsi:type="dcterms:W3CDTF">2026-07-19T13:05:00Z</dcterms:modified>
  <cp:category/>
</cp:coreProperties>
</file>